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4C46F" w14:textId="70893C68" w:rsidR="00C9722B" w:rsidRDefault="00651017" w:rsidP="00DE4D8A">
      <w:pPr>
        <w:pStyle w:val="Titolo1"/>
        <w:jc w:val="center"/>
        <w:rPr>
          <w:color w:val="auto"/>
          <w:lang w:val="it-IT"/>
        </w:rPr>
      </w:pPr>
      <w:r w:rsidRPr="00DE4D8A">
        <w:rPr>
          <w:color w:val="auto"/>
          <w:lang w:val="it-IT"/>
        </w:rPr>
        <w:t>ALLEGATO A</w:t>
      </w:r>
    </w:p>
    <w:p w14:paraId="5BDF4F66" w14:textId="77777777" w:rsidR="00C9544F" w:rsidRPr="00C9544F" w:rsidRDefault="00C9544F" w:rsidP="00C9544F">
      <w:pPr>
        <w:rPr>
          <w:lang w:val="it-IT"/>
        </w:rPr>
      </w:pPr>
    </w:p>
    <w:p w14:paraId="0AB0A0BB" w14:textId="77777777" w:rsidR="00C9722B" w:rsidRPr="00DE4D8A" w:rsidRDefault="00651017">
      <w:pPr>
        <w:pStyle w:val="Titolo2"/>
        <w:jc w:val="center"/>
        <w:rPr>
          <w:color w:val="auto"/>
          <w:lang w:val="it-IT"/>
        </w:rPr>
      </w:pPr>
      <w:r w:rsidRPr="00DE4D8A">
        <w:rPr>
          <w:color w:val="auto"/>
          <w:lang w:val="it-IT"/>
        </w:rPr>
        <w:t>ISTANZA DI ISCRIZIONE ALL'ELENCO APERTO</w:t>
      </w:r>
      <w:r w:rsidRPr="00DE4D8A">
        <w:rPr>
          <w:color w:val="auto"/>
          <w:lang w:val="it-IT"/>
        </w:rPr>
        <w:br/>
        <w:t>DEI COMPONENTI DEL COLLEGIO CONSULTIVO TECNICO</w:t>
      </w:r>
    </w:p>
    <w:p w14:paraId="3512E792" w14:textId="11AE8DF9" w:rsidR="00C9722B" w:rsidRPr="00DE4D8A" w:rsidRDefault="00651017">
      <w:pPr>
        <w:jc w:val="center"/>
        <w:rPr>
          <w:lang w:val="it-IT"/>
        </w:rPr>
      </w:pPr>
      <w:r w:rsidRPr="00DE4D8A">
        <w:rPr>
          <w:lang w:val="it-IT"/>
        </w:rPr>
        <w:t>Ai sensi degli artt. 46 e 47 del D.P.R</w:t>
      </w:r>
      <w:r w:rsidR="00C9544F">
        <w:rPr>
          <w:lang w:val="it-IT"/>
        </w:rPr>
        <w:t xml:space="preserve">. 445/2000, dell'art. 215 del Decreto legislativo </w:t>
      </w:r>
      <w:r w:rsidRPr="00DE4D8A">
        <w:rPr>
          <w:lang w:val="it-IT"/>
        </w:rPr>
        <w:t xml:space="preserve"> 36/2023 e dell'Allegato V.2.</w:t>
      </w:r>
      <w:r w:rsidRPr="00DE4D8A">
        <w:rPr>
          <w:lang w:val="it-IT"/>
        </w:rPr>
        <w:br/>
      </w:r>
    </w:p>
    <w:p w14:paraId="314AAA60" w14:textId="77777777" w:rsidR="00C9722B" w:rsidRPr="00DE4D8A" w:rsidRDefault="00651017">
      <w:pPr>
        <w:pStyle w:val="Titolo2"/>
        <w:rPr>
          <w:color w:val="auto"/>
        </w:rPr>
      </w:pPr>
      <w:r w:rsidRPr="00DE4D8A">
        <w:rPr>
          <w:color w:val="auto"/>
        </w:rPr>
        <w:t>SEZIONE 1 – DATI DEL RICHIEDENTE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C9722B" w14:paraId="28900D2A" w14:textId="77777777">
        <w:trPr>
          <w:jc w:val="center"/>
        </w:trPr>
        <w:tc>
          <w:tcPr>
            <w:tcW w:w="4320" w:type="dxa"/>
          </w:tcPr>
          <w:p w14:paraId="1876F2A7" w14:textId="77777777" w:rsidR="00C9722B" w:rsidRDefault="00651017">
            <w:r>
              <w:t>Cognome e Nome</w:t>
            </w:r>
          </w:p>
        </w:tc>
        <w:tc>
          <w:tcPr>
            <w:tcW w:w="4320" w:type="dxa"/>
          </w:tcPr>
          <w:p w14:paraId="2647B8FA" w14:textId="77777777" w:rsidR="00C9722B" w:rsidRDefault="00651017">
            <w:r>
              <w:t>________________________________________</w:t>
            </w:r>
          </w:p>
        </w:tc>
      </w:tr>
      <w:tr w:rsidR="00C9722B" w14:paraId="75A6147C" w14:textId="77777777">
        <w:trPr>
          <w:jc w:val="center"/>
        </w:trPr>
        <w:tc>
          <w:tcPr>
            <w:tcW w:w="4320" w:type="dxa"/>
          </w:tcPr>
          <w:p w14:paraId="3955BC88" w14:textId="77777777" w:rsidR="00C9722B" w:rsidRPr="00DE4D8A" w:rsidRDefault="00651017">
            <w:pPr>
              <w:rPr>
                <w:lang w:val="it-IT"/>
              </w:rPr>
            </w:pPr>
            <w:r w:rsidRPr="00DE4D8A">
              <w:rPr>
                <w:lang w:val="it-IT"/>
              </w:rPr>
              <w:t>Luogo e data di nascita</w:t>
            </w:r>
          </w:p>
        </w:tc>
        <w:tc>
          <w:tcPr>
            <w:tcW w:w="4320" w:type="dxa"/>
          </w:tcPr>
          <w:p w14:paraId="292E70B2" w14:textId="77777777" w:rsidR="00C9722B" w:rsidRDefault="00651017">
            <w:r>
              <w:t>________________________________________</w:t>
            </w:r>
          </w:p>
        </w:tc>
      </w:tr>
      <w:tr w:rsidR="00C9722B" w14:paraId="1BFDD824" w14:textId="77777777">
        <w:trPr>
          <w:jc w:val="center"/>
        </w:trPr>
        <w:tc>
          <w:tcPr>
            <w:tcW w:w="4320" w:type="dxa"/>
          </w:tcPr>
          <w:p w14:paraId="7F6CBF3F" w14:textId="77777777" w:rsidR="00C9722B" w:rsidRDefault="00651017">
            <w:r>
              <w:t>Codice fiscale</w:t>
            </w:r>
          </w:p>
        </w:tc>
        <w:tc>
          <w:tcPr>
            <w:tcW w:w="4320" w:type="dxa"/>
          </w:tcPr>
          <w:p w14:paraId="09F1CACD" w14:textId="77777777" w:rsidR="00C9722B" w:rsidRDefault="00651017">
            <w:r>
              <w:t>________________________________________</w:t>
            </w:r>
          </w:p>
        </w:tc>
      </w:tr>
      <w:tr w:rsidR="00C9722B" w14:paraId="0EDBB500" w14:textId="77777777">
        <w:trPr>
          <w:jc w:val="center"/>
        </w:trPr>
        <w:tc>
          <w:tcPr>
            <w:tcW w:w="4320" w:type="dxa"/>
          </w:tcPr>
          <w:p w14:paraId="7459A35C" w14:textId="77777777" w:rsidR="00C9722B" w:rsidRDefault="00651017">
            <w:r>
              <w:t>Residenza</w:t>
            </w:r>
          </w:p>
        </w:tc>
        <w:tc>
          <w:tcPr>
            <w:tcW w:w="4320" w:type="dxa"/>
          </w:tcPr>
          <w:p w14:paraId="2DDCE8CC" w14:textId="77777777" w:rsidR="00C9722B" w:rsidRDefault="00651017">
            <w:r>
              <w:t>________________________________________</w:t>
            </w:r>
          </w:p>
        </w:tc>
      </w:tr>
      <w:tr w:rsidR="00C9722B" w14:paraId="2882FA30" w14:textId="77777777">
        <w:trPr>
          <w:jc w:val="center"/>
        </w:trPr>
        <w:tc>
          <w:tcPr>
            <w:tcW w:w="4320" w:type="dxa"/>
          </w:tcPr>
          <w:p w14:paraId="1DBB8124" w14:textId="77777777" w:rsidR="00C9722B" w:rsidRDefault="00651017">
            <w:r>
              <w:t>PEC</w:t>
            </w:r>
          </w:p>
        </w:tc>
        <w:tc>
          <w:tcPr>
            <w:tcW w:w="4320" w:type="dxa"/>
          </w:tcPr>
          <w:p w14:paraId="3D560823" w14:textId="77777777" w:rsidR="00C9722B" w:rsidRDefault="00651017">
            <w:r>
              <w:t>________________________________________</w:t>
            </w:r>
          </w:p>
        </w:tc>
      </w:tr>
      <w:tr w:rsidR="00C9722B" w14:paraId="7DDE8D23" w14:textId="77777777">
        <w:trPr>
          <w:jc w:val="center"/>
        </w:trPr>
        <w:tc>
          <w:tcPr>
            <w:tcW w:w="4320" w:type="dxa"/>
          </w:tcPr>
          <w:p w14:paraId="43C4C440" w14:textId="77777777" w:rsidR="00C9722B" w:rsidRDefault="00651017">
            <w:r>
              <w:t>E-mail</w:t>
            </w:r>
          </w:p>
        </w:tc>
        <w:tc>
          <w:tcPr>
            <w:tcW w:w="4320" w:type="dxa"/>
          </w:tcPr>
          <w:p w14:paraId="6EA9A9A8" w14:textId="77777777" w:rsidR="00C9722B" w:rsidRDefault="00651017">
            <w:r>
              <w:t>________________________________________</w:t>
            </w:r>
          </w:p>
        </w:tc>
      </w:tr>
      <w:tr w:rsidR="00C9722B" w14:paraId="133CF2C0" w14:textId="77777777">
        <w:trPr>
          <w:jc w:val="center"/>
        </w:trPr>
        <w:tc>
          <w:tcPr>
            <w:tcW w:w="4320" w:type="dxa"/>
          </w:tcPr>
          <w:p w14:paraId="5DD96256" w14:textId="77777777" w:rsidR="00C9722B" w:rsidRDefault="00651017">
            <w:r>
              <w:t>Telefono</w:t>
            </w:r>
          </w:p>
        </w:tc>
        <w:tc>
          <w:tcPr>
            <w:tcW w:w="4320" w:type="dxa"/>
          </w:tcPr>
          <w:p w14:paraId="779E695C" w14:textId="77777777" w:rsidR="00C9722B" w:rsidRDefault="00651017">
            <w:r>
              <w:t>________________________________________</w:t>
            </w:r>
          </w:p>
        </w:tc>
      </w:tr>
      <w:tr w:rsidR="00C9722B" w14:paraId="109CF3A9" w14:textId="77777777">
        <w:trPr>
          <w:jc w:val="center"/>
        </w:trPr>
        <w:tc>
          <w:tcPr>
            <w:tcW w:w="4320" w:type="dxa"/>
          </w:tcPr>
          <w:p w14:paraId="24395AD6" w14:textId="77777777" w:rsidR="00C9722B" w:rsidRDefault="00651017">
            <w:r>
              <w:t>Professione</w:t>
            </w:r>
          </w:p>
        </w:tc>
        <w:tc>
          <w:tcPr>
            <w:tcW w:w="4320" w:type="dxa"/>
          </w:tcPr>
          <w:p w14:paraId="475E883A" w14:textId="77777777" w:rsidR="00C9722B" w:rsidRDefault="00651017">
            <w:r>
              <w:t>________________________________________</w:t>
            </w:r>
          </w:p>
        </w:tc>
      </w:tr>
    </w:tbl>
    <w:p w14:paraId="703C6505" w14:textId="77777777" w:rsidR="00C9722B" w:rsidRPr="00DE4D8A" w:rsidRDefault="00651017">
      <w:pPr>
        <w:pStyle w:val="Titolo2"/>
        <w:rPr>
          <w:color w:val="auto"/>
        </w:rPr>
      </w:pPr>
      <w:r w:rsidRPr="00DE4D8A">
        <w:rPr>
          <w:color w:val="auto"/>
        </w:rPr>
        <w:t>SEZIONE 2 – RICHIESTA</w:t>
      </w:r>
    </w:p>
    <w:p w14:paraId="57FC6DB9" w14:textId="77777777" w:rsidR="00C9722B" w:rsidRPr="00DE4D8A" w:rsidRDefault="00651017">
      <w:pPr>
        <w:rPr>
          <w:lang w:val="it-IT"/>
        </w:rPr>
      </w:pPr>
      <w:r w:rsidRPr="00DE4D8A">
        <w:rPr>
          <w:lang w:val="it-IT"/>
        </w:rPr>
        <w:t>Il/La sottoscritto/a CHIEDE l'iscrizione nell'Elenco aperto dei componenti del Collegio Consultivo Tecnico dell'ADISURC.</w:t>
      </w:r>
    </w:p>
    <w:p w14:paraId="0A0A2442" w14:textId="77777777" w:rsidR="00C9722B" w:rsidRPr="00DE4D8A" w:rsidRDefault="00651017">
      <w:pPr>
        <w:rPr>
          <w:lang w:val="it-IT"/>
        </w:rPr>
      </w:pPr>
      <w:r w:rsidRPr="00DE4D8A">
        <w:rPr>
          <w:b/>
          <w:bCs/>
          <w:i/>
          <w:iCs/>
          <w:lang w:val="it-IT"/>
        </w:rPr>
        <w:t>Sezione richiesta:</w:t>
      </w:r>
      <w:r w:rsidRPr="00DE4D8A">
        <w:rPr>
          <w:b/>
          <w:bCs/>
          <w:i/>
          <w:iCs/>
          <w:lang w:val="it-IT"/>
        </w:rPr>
        <w:br/>
      </w:r>
      <w:r w:rsidRPr="00DE4D8A">
        <w:rPr>
          <w:lang w:val="it-IT"/>
        </w:rPr>
        <w:t>☐ Presidente del CCT</w:t>
      </w:r>
      <w:r w:rsidRPr="00DE4D8A">
        <w:rPr>
          <w:lang w:val="it-IT"/>
        </w:rPr>
        <w:br/>
        <w:t>☐ Componente del CCT</w:t>
      </w:r>
      <w:r w:rsidRPr="00DE4D8A">
        <w:rPr>
          <w:lang w:val="it-IT"/>
        </w:rPr>
        <w:br/>
        <w:t>☐ Entrambe le sezioni</w:t>
      </w:r>
    </w:p>
    <w:p w14:paraId="421DA77B" w14:textId="77777777" w:rsidR="00C9722B" w:rsidRPr="00DE4D8A" w:rsidRDefault="00651017">
      <w:pPr>
        <w:rPr>
          <w:lang w:val="it-IT"/>
        </w:rPr>
      </w:pPr>
      <w:r w:rsidRPr="00DE4D8A">
        <w:rPr>
          <w:b/>
          <w:bCs/>
          <w:i/>
          <w:iCs/>
          <w:lang w:val="it-IT"/>
        </w:rPr>
        <w:t>Profilo professionale:</w:t>
      </w:r>
      <w:r w:rsidRPr="00DE4D8A">
        <w:rPr>
          <w:b/>
          <w:bCs/>
          <w:i/>
          <w:iCs/>
          <w:lang w:val="it-IT"/>
        </w:rPr>
        <w:br/>
      </w:r>
      <w:r w:rsidRPr="00DE4D8A">
        <w:rPr>
          <w:rFonts w:ascii="Segoe UI Symbol" w:hAnsi="Segoe UI Symbol" w:cs="Segoe UI Symbol"/>
          <w:lang w:val="it-IT"/>
        </w:rPr>
        <w:t>☐</w:t>
      </w:r>
      <w:r w:rsidRPr="00DE4D8A">
        <w:rPr>
          <w:lang w:val="it-IT"/>
        </w:rPr>
        <w:t xml:space="preserve"> Ingegneria</w:t>
      </w:r>
      <w:r w:rsidRPr="00DE4D8A">
        <w:rPr>
          <w:b/>
          <w:bCs/>
          <w:i/>
          <w:iCs/>
          <w:lang w:val="it-IT"/>
        </w:rPr>
        <w:br/>
      </w:r>
      <w:r w:rsidRPr="00DE4D8A">
        <w:rPr>
          <w:lang w:val="it-IT"/>
        </w:rPr>
        <w:t>☐ Architettura</w:t>
      </w:r>
      <w:r w:rsidRPr="00DE4D8A">
        <w:rPr>
          <w:lang w:val="it-IT"/>
        </w:rPr>
        <w:br/>
        <w:t>☐ Giuridico</w:t>
      </w:r>
      <w:r w:rsidRPr="00DE4D8A">
        <w:rPr>
          <w:lang w:val="it-IT"/>
        </w:rPr>
        <w:br/>
        <w:t>☐ Economico</w:t>
      </w:r>
    </w:p>
    <w:p w14:paraId="06AEF9AC" w14:textId="77777777" w:rsidR="00C9722B" w:rsidRPr="00DE4D8A" w:rsidRDefault="00651017">
      <w:pPr>
        <w:pStyle w:val="Titolo2"/>
        <w:rPr>
          <w:color w:val="auto"/>
          <w:lang w:val="it-IT"/>
        </w:rPr>
      </w:pPr>
      <w:r w:rsidRPr="00DE4D8A">
        <w:rPr>
          <w:color w:val="auto"/>
          <w:lang w:val="it-IT"/>
        </w:rPr>
        <w:lastRenderedPageBreak/>
        <w:t>SEZIONE 3 – REQUISITI PROFESSIONALI</w:t>
      </w:r>
    </w:p>
    <w:p w14:paraId="01ACE2C0" w14:textId="77777777" w:rsidR="00C9722B" w:rsidRPr="00DE4D8A" w:rsidRDefault="00651017">
      <w:pPr>
        <w:rPr>
          <w:lang w:val="it-IT"/>
        </w:rPr>
      </w:pPr>
      <w:r w:rsidRPr="00DE4D8A">
        <w:rPr>
          <w:lang w:val="it-IT"/>
        </w:rPr>
        <w:t>Il/La sottoscritto/a dichiara di possedere uno o più dei seguenti requisiti:</w:t>
      </w:r>
    </w:p>
    <w:p w14:paraId="60839A1E" w14:textId="77777777" w:rsidR="00C9722B" w:rsidRPr="00DE4D8A" w:rsidRDefault="00651017">
      <w:pPr>
        <w:rPr>
          <w:lang w:val="it-IT"/>
        </w:rPr>
      </w:pPr>
      <w:r w:rsidRPr="00DE4D8A">
        <w:rPr>
          <w:lang w:val="it-IT"/>
        </w:rPr>
        <w:t>☐ Responsabile Unico del Progetto (RUP)</w:t>
      </w:r>
    </w:p>
    <w:p w14:paraId="33BC5DD9" w14:textId="77777777" w:rsidR="00C9722B" w:rsidRPr="00DE4D8A" w:rsidRDefault="00651017">
      <w:pPr>
        <w:rPr>
          <w:lang w:val="it-IT"/>
        </w:rPr>
      </w:pPr>
      <w:r w:rsidRPr="00DE4D8A">
        <w:rPr>
          <w:lang w:val="it-IT"/>
        </w:rPr>
        <w:t>☐ Direttore dei Lavori</w:t>
      </w:r>
    </w:p>
    <w:p w14:paraId="5C691C5B" w14:textId="77777777" w:rsidR="00C9722B" w:rsidRPr="00DE4D8A" w:rsidRDefault="00651017">
      <w:pPr>
        <w:rPr>
          <w:lang w:val="it-IT"/>
        </w:rPr>
      </w:pPr>
      <w:r w:rsidRPr="00DE4D8A">
        <w:rPr>
          <w:lang w:val="it-IT"/>
        </w:rPr>
        <w:t>☐ Coordinatore della Sicurezza</w:t>
      </w:r>
    </w:p>
    <w:p w14:paraId="4771B6AF" w14:textId="77777777" w:rsidR="00C9722B" w:rsidRPr="00DE4D8A" w:rsidRDefault="00651017">
      <w:pPr>
        <w:rPr>
          <w:lang w:val="it-IT"/>
        </w:rPr>
      </w:pPr>
      <w:r w:rsidRPr="00DE4D8A">
        <w:rPr>
          <w:lang w:val="it-IT"/>
        </w:rPr>
        <w:t>☐ Collaudatore</w:t>
      </w:r>
    </w:p>
    <w:p w14:paraId="707A396E" w14:textId="77777777" w:rsidR="00C9722B" w:rsidRPr="00DE4D8A" w:rsidRDefault="00651017">
      <w:pPr>
        <w:rPr>
          <w:lang w:val="it-IT"/>
        </w:rPr>
      </w:pPr>
      <w:r w:rsidRPr="00DE4D8A">
        <w:rPr>
          <w:lang w:val="it-IT"/>
        </w:rPr>
        <w:t>☐ Commissario di gara</w:t>
      </w:r>
    </w:p>
    <w:p w14:paraId="1BFA1358" w14:textId="77777777" w:rsidR="00C9722B" w:rsidRPr="00DE4D8A" w:rsidRDefault="00651017">
      <w:pPr>
        <w:rPr>
          <w:lang w:val="it-IT"/>
        </w:rPr>
      </w:pPr>
      <w:r w:rsidRPr="00DE4D8A">
        <w:rPr>
          <w:lang w:val="it-IT"/>
        </w:rPr>
        <w:t>☐ Progettista</w:t>
      </w:r>
    </w:p>
    <w:p w14:paraId="63C4DD79" w14:textId="77777777" w:rsidR="00C9722B" w:rsidRPr="00DE4D8A" w:rsidRDefault="00651017">
      <w:pPr>
        <w:rPr>
          <w:lang w:val="it-IT"/>
        </w:rPr>
      </w:pPr>
      <w:r w:rsidRPr="00DE4D8A">
        <w:rPr>
          <w:lang w:val="it-IT"/>
        </w:rPr>
        <w:t>☐ Consulente tecnico / Ausiliario del magistrato</w:t>
      </w:r>
    </w:p>
    <w:p w14:paraId="1271683E" w14:textId="77777777" w:rsidR="00C9722B" w:rsidRPr="00DE4D8A" w:rsidRDefault="00651017">
      <w:pPr>
        <w:rPr>
          <w:lang w:val="it-IT"/>
        </w:rPr>
      </w:pPr>
      <w:r w:rsidRPr="00DE4D8A">
        <w:rPr>
          <w:lang w:val="it-IT"/>
        </w:rPr>
        <w:t>☐ Dirigente/Funzionario di Pubblica Amministrazione</w:t>
      </w:r>
    </w:p>
    <w:p w14:paraId="23B8BA9D" w14:textId="2F124B37" w:rsidR="00C9722B" w:rsidRPr="00DE4D8A" w:rsidRDefault="00651017">
      <w:pPr>
        <w:rPr>
          <w:lang w:val="it-IT"/>
        </w:rPr>
      </w:pPr>
      <w:r w:rsidRPr="00DE4D8A">
        <w:rPr>
          <w:lang w:val="it-IT"/>
        </w:rPr>
        <w:t xml:space="preserve">☐ </w:t>
      </w:r>
      <w:r w:rsidR="00DE4D8A">
        <w:rPr>
          <w:lang w:val="it-IT"/>
        </w:rPr>
        <w:t>I</w:t>
      </w:r>
      <w:r w:rsidR="00DE4D8A" w:rsidRPr="00DE4D8A">
        <w:rPr>
          <w:lang w:val="it-IT"/>
        </w:rPr>
        <w:t xml:space="preserve">nsegnamento come </w:t>
      </w:r>
      <w:r w:rsidR="00DE4D8A">
        <w:rPr>
          <w:lang w:val="it-IT"/>
        </w:rPr>
        <w:t>P</w:t>
      </w:r>
      <w:r w:rsidR="00DE4D8A" w:rsidRPr="00DE4D8A">
        <w:rPr>
          <w:lang w:val="it-IT"/>
        </w:rPr>
        <w:t xml:space="preserve">rofessore </w:t>
      </w:r>
      <w:r w:rsidR="00DE4D8A">
        <w:rPr>
          <w:lang w:val="it-IT"/>
        </w:rPr>
        <w:t>U</w:t>
      </w:r>
      <w:r w:rsidR="00DE4D8A" w:rsidRPr="00DE4D8A">
        <w:rPr>
          <w:lang w:val="it-IT"/>
        </w:rPr>
        <w:t>niversitario</w:t>
      </w:r>
    </w:p>
    <w:p w14:paraId="00DBD355" w14:textId="77777777" w:rsidR="00C9722B" w:rsidRPr="00DE4D8A" w:rsidRDefault="00651017">
      <w:pPr>
        <w:rPr>
          <w:lang w:val="it-IT"/>
        </w:rPr>
      </w:pPr>
      <w:r w:rsidRPr="00DE4D8A">
        <w:rPr>
          <w:lang w:val="it-IT"/>
        </w:rPr>
        <w:t>☐ Magistrato / Avvocato dello Stato / Prefetto</w:t>
      </w:r>
    </w:p>
    <w:p w14:paraId="0C47237F" w14:textId="77777777" w:rsidR="00C9722B" w:rsidRPr="00DE4D8A" w:rsidRDefault="00651017">
      <w:pPr>
        <w:rPr>
          <w:lang w:val="it-IT"/>
        </w:rPr>
      </w:pPr>
      <w:r w:rsidRPr="00DE4D8A">
        <w:rPr>
          <w:lang w:val="it-IT"/>
        </w:rPr>
        <w:t>☐ Dottore di ricerca</w:t>
      </w:r>
    </w:p>
    <w:p w14:paraId="20297AC8" w14:textId="77777777" w:rsidR="00C9722B" w:rsidRPr="00DE4D8A" w:rsidRDefault="00651017">
      <w:pPr>
        <w:rPr>
          <w:lang w:val="it-IT"/>
        </w:rPr>
      </w:pPr>
      <w:r w:rsidRPr="00DE4D8A">
        <w:rPr>
          <w:lang w:val="it-IT"/>
        </w:rPr>
        <w:t>☐ Professionista iscritto all'Albo con esperienza documentabile</w:t>
      </w:r>
    </w:p>
    <w:p w14:paraId="7258201C" w14:textId="77777777" w:rsidR="00C9722B" w:rsidRPr="00DE4D8A" w:rsidRDefault="00651017">
      <w:pPr>
        <w:pStyle w:val="Titolo2"/>
        <w:rPr>
          <w:color w:val="auto"/>
          <w:lang w:val="it-IT"/>
        </w:rPr>
      </w:pPr>
      <w:r w:rsidRPr="00DE4D8A">
        <w:rPr>
          <w:color w:val="auto"/>
          <w:lang w:val="it-IT"/>
        </w:rPr>
        <w:t>SEZIONE 4 – ESPERIENZA PROFESSIONALE</w:t>
      </w:r>
    </w:p>
    <w:p w14:paraId="39D4C560" w14:textId="77777777" w:rsidR="00C9722B" w:rsidRPr="00DE4D8A" w:rsidRDefault="00651017">
      <w:pPr>
        <w:rPr>
          <w:lang w:val="it-IT"/>
        </w:rPr>
      </w:pPr>
      <w:r w:rsidRPr="00DE4D8A">
        <w:rPr>
          <w:lang w:val="it-IT"/>
        </w:rPr>
        <w:t>Indicare sinteticamente i principali incarichi svolti.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C9722B" w14:paraId="3052E42B" w14:textId="77777777">
        <w:tc>
          <w:tcPr>
            <w:tcW w:w="1728" w:type="dxa"/>
          </w:tcPr>
          <w:p w14:paraId="32A4C506" w14:textId="77777777" w:rsidR="00C9722B" w:rsidRDefault="00651017">
            <w:r>
              <w:t>Committente</w:t>
            </w:r>
          </w:p>
        </w:tc>
        <w:tc>
          <w:tcPr>
            <w:tcW w:w="1728" w:type="dxa"/>
          </w:tcPr>
          <w:p w14:paraId="76274627" w14:textId="77777777" w:rsidR="00C9722B" w:rsidRDefault="00651017">
            <w:r>
              <w:t>Oggetto</w:t>
            </w:r>
          </w:p>
        </w:tc>
        <w:tc>
          <w:tcPr>
            <w:tcW w:w="1728" w:type="dxa"/>
          </w:tcPr>
          <w:p w14:paraId="5BBB313D" w14:textId="77777777" w:rsidR="00C9722B" w:rsidRDefault="00651017">
            <w:r>
              <w:t>Importo</w:t>
            </w:r>
          </w:p>
        </w:tc>
        <w:tc>
          <w:tcPr>
            <w:tcW w:w="1728" w:type="dxa"/>
          </w:tcPr>
          <w:p w14:paraId="375CE0BB" w14:textId="77777777" w:rsidR="00C9722B" w:rsidRDefault="00651017">
            <w:r>
              <w:t>Ruolo</w:t>
            </w:r>
          </w:p>
        </w:tc>
        <w:tc>
          <w:tcPr>
            <w:tcW w:w="1728" w:type="dxa"/>
          </w:tcPr>
          <w:p w14:paraId="01262B2C" w14:textId="77777777" w:rsidR="00C9722B" w:rsidRDefault="00651017">
            <w:r>
              <w:t>Anno</w:t>
            </w:r>
          </w:p>
        </w:tc>
      </w:tr>
      <w:tr w:rsidR="00C9722B" w14:paraId="754E5C50" w14:textId="77777777">
        <w:tc>
          <w:tcPr>
            <w:tcW w:w="1728" w:type="dxa"/>
          </w:tcPr>
          <w:p w14:paraId="77080D67" w14:textId="77777777" w:rsidR="00C9722B" w:rsidRDefault="00C9722B"/>
        </w:tc>
        <w:tc>
          <w:tcPr>
            <w:tcW w:w="1728" w:type="dxa"/>
          </w:tcPr>
          <w:p w14:paraId="0AF70E36" w14:textId="77777777" w:rsidR="00C9722B" w:rsidRDefault="00C9722B"/>
        </w:tc>
        <w:tc>
          <w:tcPr>
            <w:tcW w:w="1728" w:type="dxa"/>
          </w:tcPr>
          <w:p w14:paraId="42E8EB22" w14:textId="77777777" w:rsidR="00C9722B" w:rsidRDefault="00C9722B"/>
        </w:tc>
        <w:tc>
          <w:tcPr>
            <w:tcW w:w="1728" w:type="dxa"/>
          </w:tcPr>
          <w:p w14:paraId="7C91560F" w14:textId="77777777" w:rsidR="00C9722B" w:rsidRDefault="00C9722B"/>
        </w:tc>
        <w:tc>
          <w:tcPr>
            <w:tcW w:w="1728" w:type="dxa"/>
          </w:tcPr>
          <w:p w14:paraId="6E9F6E10" w14:textId="77777777" w:rsidR="00C9722B" w:rsidRDefault="00C9722B"/>
        </w:tc>
      </w:tr>
      <w:tr w:rsidR="00C9722B" w14:paraId="04AB5F89" w14:textId="77777777">
        <w:tc>
          <w:tcPr>
            <w:tcW w:w="1728" w:type="dxa"/>
          </w:tcPr>
          <w:p w14:paraId="5A3856AE" w14:textId="77777777" w:rsidR="00C9722B" w:rsidRDefault="00C9722B"/>
        </w:tc>
        <w:tc>
          <w:tcPr>
            <w:tcW w:w="1728" w:type="dxa"/>
          </w:tcPr>
          <w:p w14:paraId="3E624786" w14:textId="77777777" w:rsidR="00C9722B" w:rsidRDefault="00C9722B"/>
        </w:tc>
        <w:tc>
          <w:tcPr>
            <w:tcW w:w="1728" w:type="dxa"/>
          </w:tcPr>
          <w:p w14:paraId="5B5EB240" w14:textId="77777777" w:rsidR="00C9722B" w:rsidRDefault="00C9722B"/>
        </w:tc>
        <w:tc>
          <w:tcPr>
            <w:tcW w:w="1728" w:type="dxa"/>
          </w:tcPr>
          <w:p w14:paraId="5AE92188" w14:textId="77777777" w:rsidR="00C9722B" w:rsidRDefault="00C9722B"/>
        </w:tc>
        <w:tc>
          <w:tcPr>
            <w:tcW w:w="1728" w:type="dxa"/>
          </w:tcPr>
          <w:p w14:paraId="3CB847E8" w14:textId="77777777" w:rsidR="00C9722B" w:rsidRDefault="00C9722B"/>
        </w:tc>
      </w:tr>
      <w:tr w:rsidR="00C9722B" w14:paraId="2CB46881" w14:textId="77777777">
        <w:tc>
          <w:tcPr>
            <w:tcW w:w="1728" w:type="dxa"/>
          </w:tcPr>
          <w:p w14:paraId="3D7CAC7D" w14:textId="77777777" w:rsidR="00C9722B" w:rsidRDefault="00C9722B"/>
        </w:tc>
        <w:tc>
          <w:tcPr>
            <w:tcW w:w="1728" w:type="dxa"/>
          </w:tcPr>
          <w:p w14:paraId="72F20735" w14:textId="77777777" w:rsidR="00C9722B" w:rsidRDefault="00C9722B"/>
        </w:tc>
        <w:tc>
          <w:tcPr>
            <w:tcW w:w="1728" w:type="dxa"/>
          </w:tcPr>
          <w:p w14:paraId="4A0B6740" w14:textId="77777777" w:rsidR="00C9722B" w:rsidRDefault="00C9722B"/>
        </w:tc>
        <w:tc>
          <w:tcPr>
            <w:tcW w:w="1728" w:type="dxa"/>
          </w:tcPr>
          <w:p w14:paraId="3284EAC7" w14:textId="77777777" w:rsidR="00C9722B" w:rsidRDefault="00C9722B"/>
        </w:tc>
        <w:tc>
          <w:tcPr>
            <w:tcW w:w="1728" w:type="dxa"/>
          </w:tcPr>
          <w:p w14:paraId="302F96AE" w14:textId="77777777" w:rsidR="00C9722B" w:rsidRDefault="00C9722B"/>
        </w:tc>
      </w:tr>
      <w:tr w:rsidR="00C9722B" w14:paraId="416B8744" w14:textId="77777777">
        <w:tc>
          <w:tcPr>
            <w:tcW w:w="1728" w:type="dxa"/>
          </w:tcPr>
          <w:p w14:paraId="2019E7CB" w14:textId="77777777" w:rsidR="00C9722B" w:rsidRDefault="00C9722B"/>
        </w:tc>
        <w:tc>
          <w:tcPr>
            <w:tcW w:w="1728" w:type="dxa"/>
          </w:tcPr>
          <w:p w14:paraId="1CDE22CD" w14:textId="77777777" w:rsidR="00C9722B" w:rsidRDefault="00C9722B"/>
        </w:tc>
        <w:tc>
          <w:tcPr>
            <w:tcW w:w="1728" w:type="dxa"/>
          </w:tcPr>
          <w:p w14:paraId="10E9D3F7" w14:textId="77777777" w:rsidR="00C9722B" w:rsidRDefault="00C9722B"/>
        </w:tc>
        <w:tc>
          <w:tcPr>
            <w:tcW w:w="1728" w:type="dxa"/>
          </w:tcPr>
          <w:p w14:paraId="757554C3" w14:textId="77777777" w:rsidR="00C9722B" w:rsidRDefault="00C9722B"/>
        </w:tc>
        <w:tc>
          <w:tcPr>
            <w:tcW w:w="1728" w:type="dxa"/>
          </w:tcPr>
          <w:p w14:paraId="3141B939" w14:textId="77777777" w:rsidR="00C9722B" w:rsidRDefault="00C9722B"/>
        </w:tc>
      </w:tr>
      <w:tr w:rsidR="00C9722B" w14:paraId="020BA13C" w14:textId="77777777">
        <w:tc>
          <w:tcPr>
            <w:tcW w:w="1728" w:type="dxa"/>
          </w:tcPr>
          <w:p w14:paraId="55310116" w14:textId="77777777" w:rsidR="00C9722B" w:rsidRDefault="00C9722B"/>
        </w:tc>
        <w:tc>
          <w:tcPr>
            <w:tcW w:w="1728" w:type="dxa"/>
          </w:tcPr>
          <w:p w14:paraId="54038A79" w14:textId="77777777" w:rsidR="00C9722B" w:rsidRDefault="00C9722B"/>
        </w:tc>
        <w:tc>
          <w:tcPr>
            <w:tcW w:w="1728" w:type="dxa"/>
          </w:tcPr>
          <w:p w14:paraId="26E429DD" w14:textId="77777777" w:rsidR="00C9722B" w:rsidRDefault="00C9722B"/>
        </w:tc>
        <w:tc>
          <w:tcPr>
            <w:tcW w:w="1728" w:type="dxa"/>
          </w:tcPr>
          <w:p w14:paraId="1A26B7F6" w14:textId="77777777" w:rsidR="00C9722B" w:rsidRDefault="00C9722B"/>
        </w:tc>
        <w:tc>
          <w:tcPr>
            <w:tcW w:w="1728" w:type="dxa"/>
          </w:tcPr>
          <w:p w14:paraId="5A6C2671" w14:textId="77777777" w:rsidR="00C9722B" w:rsidRDefault="00C9722B"/>
        </w:tc>
      </w:tr>
    </w:tbl>
    <w:p w14:paraId="133528A8" w14:textId="77777777" w:rsidR="00C9722B" w:rsidRPr="00DE4D8A" w:rsidRDefault="00651017">
      <w:pPr>
        <w:pStyle w:val="Titolo2"/>
        <w:rPr>
          <w:color w:val="auto"/>
        </w:rPr>
      </w:pPr>
      <w:r w:rsidRPr="00DE4D8A">
        <w:rPr>
          <w:color w:val="auto"/>
        </w:rPr>
        <w:t>SEZIONE 5 – DICHIARAZIONI</w:t>
      </w:r>
    </w:p>
    <w:p w14:paraId="79656ECD" w14:textId="77777777" w:rsidR="00C9722B" w:rsidRPr="00DE4D8A" w:rsidRDefault="00651017">
      <w:pPr>
        <w:rPr>
          <w:lang w:val="it-IT"/>
        </w:rPr>
      </w:pPr>
      <w:r w:rsidRPr="00DE4D8A">
        <w:rPr>
          <w:lang w:val="it-IT"/>
        </w:rPr>
        <w:t>☐ di essere in possesso dei requisiti previsti dall'Avviso;</w:t>
      </w:r>
    </w:p>
    <w:p w14:paraId="4358A10A" w14:textId="77777777" w:rsidR="00C9722B" w:rsidRPr="00DE4D8A" w:rsidRDefault="00651017">
      <w:pPr>
        <w:rPr>
          <w:lang w:val="it-IT"/>
        </w:rPr>
      </w:pPr>
      <w:r w:rsidRPr="00DE4D8A">
        <w:rPr>
          <w:lang w:val="it-IT"/>
        </w:rPr>
        <w:t>☐ di non trovarsi in alcuna delle cause ostative previste dall'Avviso e dalla normativa vigente;</w:t>
      </w:r>
    </w:p>
    <w:p w14:paraId="3A26CC22" w14:textId="77777777" w:rsidR="00C9722B" w:rsidRPr="00DE4D8A" w:rsidRDefault="00651017">
      <w:pPr>
        <w:rPr>
          <w:lang w:val="it-IT"/>
        </w:rPr>
      </w:pPr>
      <w:r w:rsidRPr="00DE4D8A">
        <w:rPr>
          <w:lang w:val="it-IT"/>
        </w:rPr>
        <w:t>☐ di accettare integralmente il contenuto dell'Avviso;</w:t>
      </w:r>
    </w:p>
    <w:p w14:paraId="7D720379" w14:textId="77777777" w:rsidR="00C9722B" w:rsidRPr="00DE4D8A" w:rsidRDefault="00651017">
      <w:pPr>
        <w:rPr>
          <w:lang w:val="it-IT"/>
        </w:rPr>
      </w:pPr>
      <w:r w:rsidRPr="00DE4D8A">
        <w:rPr>
          <w:lang w:val="it-IT"/>
        </w:rPr>
        <w:t>☐ di impegnarsi a comunicare tempestivamente ogni variazione dei requisiti dichiarati;</w:t>
      </w:r>
    </w:p>
    <w:p w14:paraId="19FC31F8" w14:textId="77777777" w:rsidR="00C9722B" w:rsidRPr="00DE4D8A" w:rsidRDefault="00651017">
      <w:pPr>
        <w:rPr>
          <w:lang w:val="it-IT"/>
        </w:rPr>
      </w:pPr>
      <w:r w:rsidRPr="00DE4D8A">
        <w:rPr>
          <w:lang w:val="it-IT"/>
        </w:rPr>
        <w:t>☐ di essere consapevole che l'iscrizione nell'Elenco non attribuisce alcun diritto alla nomina.</w:t>
      </w:r>
    </w:p>
    <w:p w14:paraId="7B15B80E" w14:textId="77777777" w:rsidR="00C9722B" w:rsidRPr="00DE4D8A" w:rsidRDefault="00651017">
      <w:pPr>
        <w:pStyle w:val="Titolo2"/>
        <w:rPr>
          <w:color w:val="auto"/>
          <w:lang w:val="it-IT"/>
        </w:rPr>
      </w:pPr>
      <w:r w:rsidRPr="00DE4D8A">
        <w:rPr>
          <w:color w:val="auto"/>
          <w:lang w:val="it-IT"/>
        </w:rPr>
        <w:lastRenderedPageBreak/>
        <w:t>SEZIONE 6 – ALLEGATI</w:t>
      </w:r>
    </w:p>
    <w:p w14:paraId="0B42DD70" w14:textId="77777777" w:rsidR="00C9722B" w:rsidRPr="00DE4D8A" w:rsidRDefault="00651017">
      <w:pPr>
        <w:rPr>
          <w:lang w:val="it-IT"/>
        </w:rPr>
      </w:pPr>
      <w:r w:rsidRPr="00DE4D8A">
        <w:rPr>
          <w:lang w:val="it-IT"/>
        </w:rPr>
        <w:t>☐ Curriculum vitae datato e sottoscritto;</w:t>
      </w:r>
    </w:p>
    <w:p w14:paraId="1F35B7FA" w14:textId="77777777" w:rsidR="00C9722B" w:rsidRPr="00DE4D8A" w:rsidRDefault="00651017">
      <w:pPr>
        <w:rPr>
          <w:lang w:val="it-IT"/>
        </w:rPr>
      </w:pPr>
      <w:r w:rsidRPr="00DE4D8A">
        <w:rPr>
          <w:lang w:val="it-IT"/>
        </w:rPr>
        <w:t>☐ Copia del documento di identità;</w:t>
      </w:r>
    </w:p>
    <w:p w14:paraId="6ADFC4B0" w14:textId="6DB7DF1C" w:rsidR="00C9722B" w:rsidRPr="00DE4D8A" w:rsidRDefault="00651017">
      <w:pPr>
        <w:rPr>
          <w:lang w:val="it-IT"/>
        </w:rPr>
      </w:pPr>
      <w:r w:rsidRPr="00DE4D8A">
        <w:rPr>
          <w:lang w:val="it-IT"/>
        </w:rPr>
        <w:t xml:space="preserve">☐ </w:t>
      </w:r>
      <w:r w:rsidR="00DE4D8A">
        <w:rPr>
          <w:lang w:val="it-IT"/>
        </w:rPr>
        <w:t>Breve lettera di presentazione</w:t>
      </w:r>
      <w:r w:rsidRPr="00DE4D8A">
        <w:rPr>
          <w:lang w:val="it-IT"/>
        </w:rPr>
        <w:t xml:space="preserve"> (massimo una pagina);</w:t>
      </w:r>
    </w:p>
    <w:p w14:paraId="25899018" w14:textId="77777777" w:rsidR="00C9722B" w:rsidRPr="00DE4D8A" w:rsidRDefault="00651017">
      <w:pPr>
        <w:rPr>
          <w:lang w:val="it-IT"/>
        </w:rPr>
      </w:pPr>
      <w:r w:rsidRPr="00DE4D8A">
        <w:rPr>
          <w:lang w:val="it-IT"/>
        </w:rPr>
        <w:t>☐ Ulteriore documentazione utile.</w:t>
      </w:r>
    </w:p>
    <w:p w14:paraId="2969C1CF" w14:textId="77777777" w:rsidR="00C9722B" w:rsidRPr="00DE4D8A" w:rsidRDefault="00651017">
      <w:pPr>
        <w:pStyle w:val="Titolo2"/>
        <w:rPr>
          <w:color w:val="auto"/>
          <w:lang w:val="it-IT"/>
        </w:rPr>
      </w:pPr>
      <w:r w:rsidRPr="00DE4D8A">
        <w:rPr>
          <w:color w:val="auto"/>
          <w:lang w:val="it-IT"/>
        </w:rPr>
        <w:t>SEZIONE 7 – TRATTAMENTO DEI DATI</w:t>
      </w:r>
    </w:p>
    <w:p w14:paraId="593CFAEA" w14:textId="77777777" w:rsidR="00C9722B" w:rsidRPr="00DE4D8A" w:rsidRDefault="00651017" w:rsidP="00C9544F">
      <w:pPr>
        <w:jc w:val="both"/>
        <w:rPr>
          <w:lang w:val="it-IT"/>
        </w:rPr>
      </w:pPr>
      <w:r w:rsidRPr="00DE4D8A">
        <w:rPr>
          <w:lang w:val="it-IT"/>
        </w:rPr>
        <w:t>Il/La sottoscritto/a dichiara di aver preso visione dell'informativa sul trattamento dei dati personali contenuta nell'Avviso e presta il consenso al trattamento dei dati esclusivamente per le finalità connesse alla gestione dell'Elenco e all'eventuale conferimento degli incarichi.</w:t>
      </w:r>
    </w:p>
    <w:p w14:paraId="341F9E5E" w14:textId="12B18220" w:rsidR="00C9722B" w:rsidRDefault="00651017">
      <w:r w:rsidRPr="00DE4D8A">
        <w:rPr>
          <w:lang w:val="it-IT"/>
        </w:rPr>
        <w:br/>
      </w:r>
      <w:r>
        <w:t>Luo</w:t>
      </w:r>
      <w:r w:rsidR="00C9544F">
        <w:t>go ________________________</w:t>
      </w:r>
      <w:r>
        <w:t>Data ______________________________</w:t>
      </w:r>
    </w:p>
    <w:p w14:paraId="3C0B44C1" w14:textId="2C2324FE" w:rsidR="00C9722B" w:rsidRDefault="00651017">
      <w:r>
        <w:br/>
      </w:r>
      <w:r w:rsidR="00C9544F">
        <w:t xml:space="preserve">                                                                                                           </w:t>
      </w:r>
      <w:r>
        <w:t>Firma ____________________________________________</w:t>
      </w:r>
    </w:p>
    <w:sectPr w:rsidR="00C9722B" w:rsidSect="00C9544F">
      <w:headerReference w:type="default" r:id="rId8"/>
      <w:pgSz w:w="12240" w:h="15840"/>
      <w:pgMar w:top="1440" w:right="1041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4FE47" w14:textId="77777777" w:rsidR="007658C8" w:rsidRDefault="007658C8" w:rsidP="00DE4D8A">
      <w:pPr>
        <w:spacing w:after="0" w:line="240" w:lineRule="auto"/>
      </w:pPr>
      <w:r>
        <w:separator/>
      </w:r>
    </w:p>
  </w:endnote>
  <w:endnote w:type="continuationSeparator" w:id="0">
    <w:p w14:paraId="1CB72121" w14:textId="77777777" w:rsidR="007658C8" w:rsidRDefault="007658C8" w:rsidP="00DE4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98B9A" w14:textId="77777777" w:rsidR="007658C8" w:rsidRDefault="007658C8" w:rsidP="00DE4D8A">
      <w:pPr>
        <w:spacing w:after="0" w:line="240" w:lineRule="auto"/>
      </w:pPr>
      <w:r>
        <w:separator/>
      </w:r>
    </w:p>
  </w:footnote>
  <w:footnote w:type="continuationSeparator" w:id="0">
    <w:p w14:paraId="4AEB85D6" w14:textId="77777777" w:rsidR="007658C8" w:rsidRDefault="007658C8" w:rsidP="00DE4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98CEF" w14:textId="01BEAFA4" w:rsidR="00DE4D8A" w:rsidRPr="00DE4D8A" w:rsidRDefault="00DE4D8A">
    <w:pPr>
      <w:pStyle w:val="Intestazione"/>
      <w:rPr>
        <w:lang w:val="it-IT"/>
      </w:rPr>
    </w:pPr>
    <w:r>
      <w:rPr>
        <w:noProof/>
        <w:lang w:val="it-IT" w:eastAsia="it-IT"/>
      </w:rPr>
      <w:drawing>
        <wp:inline distT="0" distB="0" distL="0" distR="0" wp14:anchorId="7235A9A8" wp14:editId="43BB7F14">
          <wp:extent cx="1623060" cy="784860"/>
          <wp:effectExtent l="0" t="0" r="0" b="0"/>
          <wp:docPr id="5" name="Immagine 5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8188" cy="80184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8456894">
    <w:abstractNumId w:val="8"/>
  </w:num>
  <w:num w:numId="2" w16cid:durableId="585187543">
    <w:abstractNumId w:val="6"/>
  </w:num>
  <w:num w:numId="3" w16cid:durableId="1427336983">
    <w:abstractNumId w:val="5"/>
  </w:num>
  <w:num w:numId="4" w16cid:durableId="777913160">
    <w:abstractNumId w:val="4"/>
  </w:num>
  <w:num w:numId="5" w16cid:durableId="1980107653">
    <w:abstractNumId w:val="7"/>
  </w:num>
  <w:num w:numId="6" w16cid:durableId="1540513973">
    <w:abstractNumId w:val="3"/>
  </w:num>
  <w:num w:numId="7" w16cid:durableId="1243829046">
    <w:abstractNumId w:val="2"/>
  </w:num>
  <w:num w:numId="8" w16cid:durableId="548802597">
    <w:abstractNumId w:val="1"/>
  </w:num>
  <w:num w:numId="9" w16cid:durableId="1516723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B68E9"/>
    <w:rsid w:val="00651017"/>
    <w:rsid w:val="007658C8"/>
    <w:rsid w:val="00AA1D8D"/>
    <w:rsid w:val="00B3262F"/>
    <w:rsid w:val="00B47730"/>
    <w:rsid w:val="00C9544F"/>
    <w:rsid w:val="00C9722B"/>
    <w:rsid w:val="00CB0664"/>
    <w:rsid w:val="00DE4D8A"/>
    <w:rsid w:val="00E119CA"/>
    <w:rsid w:val="00F5687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CCCE61"/>
  <w14:defaultImageDpi w14:val="300"/>
  <w15:docId w15:val="{F6E784D3-156B-4815-8E44-30C38CA2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159C5CD-D0F4-4736-978D-0B57D193F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422</Words>
  <Characters>2410</Characters>
  <Application>Microsoft Office Word</Application>
  <DocSecurity>4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Teresa Abagnale</cp:lastModifiedBy>
  <cp:revision>2</cp:revision>
  <dcterms:created xsi:type="dcterms:W3CDTF">2026-09-01T07:53:00Z</dcterms:created>
  <dcterms:modified xsi:type="dcterms:W3CDTF">2026-09-01T07:53:00Z</dcterms:modified>
  <cp:category/>
</cp:coreProperties>
</file>